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Title"/>
        <w:jc w:val="center"/>
      </w:pPr>
      <w:r>
        <w:t>ALLEGATO A - DOMANDA DI PARTECIPAZIONE</w:t>
      </w:r>
    </w:p>
    <w:p>
      <w:pPr>
        <w:jc w:val="center"/>
      </w:pPr>
      <w:r>
        <w:rPr>
          <w:b/>
          <w:sz w:val="19"/>
        </w:rPr>
        <w:t>Selezione interna Verificatore di conformità / Collaudatore tecnico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  <w:shd w:fill="EEF4F8"/>
          </w:tcPr>
          <w:p>
            <w:pPr>
              <w:spacing w:after="0"/>
            </w:pPr>
            <w:r>
              <w:rPr>
                <w:b/>
                <w:sz w:val="16"/>
              </w:rPr>
              <w:t>Avviso / Candidatura</w:t>
            </w:r>
          </w:p>
        </w:tc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16"/>
              </w:rPr>
              <w:t>Avviso pubblico prot. n. 95450 del 24/04/2026 - Candidatura n. 1101218</w:t>
            </w:r>
          </w:p>
        </w:tc>
      </w:tr>
      <w:tr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  <w:shd w:fill="EEF4F8"/>
          </w:tcPr>
          <w:p>
            <w:pPr>
              <w:spacing w:after="0"/>
            </w:pPr>
            <w:r>
              <w:rPr>
                <w:b/>
                <w:sz w:val="16"/>
              </w:rPr>
              <w:t>Titolo / Modulo</w:t>
            </w:r>
          </w:p>
        </w:tc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16"/>
              </w:rPr>
              <w:t>Dispositivi digitali - modulo “Dispositivi digitali e libri”</w:t>
            </w:r>
          </w:p>
        </w:tc>
      </w:tr>
      <w:tr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  <w:shd w:fill="EEF4F8"/>
          </w:tcPr>
          <w:p>
            <w:pPr>
              <w:spacing w:after="0"/>
            </w:pPr>
            <w:r>
              <w:rPr>
                <w:b/>
                <w:sz w:val="16"/>
              </w:rPr>
              <w:t>Progetto / CUP</w:t>
            </w:r>
          </w:p>
        </w:tc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16"/>
              </w:rPr>
              <w:t>10.8.6A-FDRPOC-LA-2026-64 - CUP D94D26001090007</w:t>
            </w:r>
          </w:p>
        </w:tc>
      </w:tr>
      <w:tr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  <w:shd w:fill="EEF4F8"/>
          </w:tcPr>
          <w:p>
            <w:pPr>
              <w:spacing w:after="0"/>
            </w:pPr>
            <w:r>
              <w:rPr>
                <w:b/>
                <w:sz w:val="16"/>
              </w:rPr>
              <w:t>Importo progetto</w:t>
            </w:r>
          </w:p>
        </w:tc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16"/>
              </w:rPr>
              <w:t>€ 20.550,00</w:t>
            </w:r>
          </w:p>
        </w:tc>
      </w:tr>
      <w:tr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  <w:shd w:fill="EEF4F8"/>
          </w:tcPr>
          <w:p>
            <w:pPr>
              <w:spacing w:after="0"/>
            </w:pPr>
            <w:r>
              <w:rPr>
                <w:b/>
                <w:sz w:val="16"/>
              </w:rPr>
              <w:t>Voce collaudo / conformità</w:t>
            </w:r>
          </w:p>
        </w:tc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16"/>
              </w:rPr>
              <w:t>Conformità / Certificato RE - massimo € 411,00 lordo Stato</w:t>
            </w:r>
          </w:p>
        </w:tc>
      </w:tr>
      <w:tr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  <w:shd w:fill="EEF4F8"/>
          </w:tcPr>
          <w:p>
            <w:pPr>
              <w:spacing w:after="0"/>
            </w:pPr>
            <w:r>
              <w:rPr>
                <w:b/>
                <w:sz w:val="16"/>
              </w:rPr>
              <w:t>Nota autorizzativa</w:t>
            </w:r>
          </w:p>
        </w:tc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16"/>
              </w:rPr>
              <w:t>Nota MIM prot. AOOGABMI n. 0170737 del 03/07/2026</w:t>
            </w:r>
          </w:p>
        </w:tc>
      </w:tr>
    </w:tbl>
    <w:p>
      <w:pPr>
        <w:spacing w:after="0"/>
      </w:pPr>
    </w:p>
    <w:p>
      <w:r>
        <w:rPr>
          <w:b/>
        </w:rPr>
        <w:t>Al Dirigente Scolastico dell’I.C. “Salvo D’Acquisto” - Cerveteri</w:t>
      </w:r>
    </w:p>
    <w:p>
      <w:r>
        <w:rPr>
          <w:b w:val="0"/>
        </w:rPr>
        <w:t>Il/La sottoscritto/a ______________________________________________, nato/a a ______________________________ il ____/____/________, C.F. ______________________________, residente a ______________________________, tel. __________________, e-mail ______________________________, in servizio presso l’Istituto con il profilo di:</w:t>
      </w:r>
    </w:p>
    <w:p>
      <w:pPr>
        <w:pStyle w:val="ListBullet"/>
        <w:ind w:left="259" w:hanging="173"/>
      </w:pPr>
      <w:r>
        <w:t>☐ Docente</w:t>
      </w:r>
    </w:p>
    <w:p>
      <w:pPr>
        <w:pStyle w:val="ListBullet"/>
        <w:ind w:left="259" w:hanging="173"/>
      </w:pPr>
      <w:r>
        <w:t>☐ Assistente Tecnico</w:t>
      </w:r>
    </w:p>
    <w:p>
      <w:pPr>
        <w:pStyle w:val="ListBullet"/>
        <w:ind w:left="259" w:hanging="173"/>
      </w:pPr>
      <w:r>
        <w:t>☐ Assistente Amministrativo</w:t>
      </w:r>
    </w:p>
    <w:p>
      <w:pPr>
        <w:pStyle w:val="ListBullet"/>
        <w:ind w:left="259" w:hanging="173"/>
      </w:pPr>
      <w:r>
        <w:t>☐ Altro profilo ATA: ______________________________</w:t>
      </w:r>
    </w:p>
    <w:p>
      <w:pPr>
        <w:jc w:val="center"/>
      </w:pPr>
      <w:r>
        <w:rPr>
          <w:b/>
        </w:rPr>
        <w:t>CHIEDE</w:t>
      </w:r>
    </w:p>
    <w:p>
      <w:r>
        <w:rPr>
          <w:b w:val="0"/>
        </w:rPr>
        <w:t>di partecipare alla procedura interna per il conferimento dell’incarico di Verificatore di conformità / Collaudatore tecnico del progetto in oggetto.</w:t>
      </w:r>
    </w:p>
    <w:p>
      <w:r>
        <w:rPr>
          <w:b w:val="0"/>
        </w:rPr>
        <w:t>Ai sensi degli artt. 46 e 47 del D.P.R. 445/2000, DICHIARA:</w:t>
      </w:r>
    </w:p>
    <w:p>
      <w:pPr>
        <w:pStyle w:val="ListBullet"/>
        <w:ind w:left="259" w:hanging="173"/>
      </w:pPr>
      <w:r>
        <w:t>di essere in servizio presso l’Istituto alla data di presentazione della domanda;</w:t>
      </w:r>
    </w:p>
    <w:p>
      <w:pPr>
        <w:pStyle w:val="ListBullet"/>
        <w:ind w:left="259" w:hanging="173"/>
      </w:pPr>
      <w:r>
        <w:t>di possedere competenze coerenti con le attività previste dall’Avviso;</w:t>
      </w:r>
    </w:p>
    <w:p>
      <w:pPr>
        <w:pStyle w:val="ListBullet"/>
        <w:ind w:left="259" w:hanging="173"/>
      </w:pPr>
      <w:r>
        <w:t>di aver preso visione dell’Avviso e di accettarne le condizioni;</w:t>
      </w:r>
    </w:p>
    <w:p>
      <w:pPr>
        <w:pStyle w:val="ListBullet"/>
        <w:ind w:left="259" w:hanging="173"/>
      </w:pPr>
      <w:r>
        <w:t>di essere disponibile a svolgere l’incarico nei tempi del progetto e a documentare le funzioni tecniche effettivamente espletate;</w:t>
      </w:r>
    </w:p>
    <w:p>
      <w:pPr>
        <w:pStyle w:val="ListBullet"/>
        <w:ind w:left="259" w:hanging="173"/>
      </w:pPr>
      <w:r>
        <w:t>di impegnarsi a documentare le attività mediante timesheet e a produrre verbali/certificazioni richiesti;</w:t>
      </w:r>
    </w:p>
    <w:p>
      <w:pPr>
        <w:pStyle w:val="ListBullet"/>
        <w:ind w:left="259" w:hanging="173"/>
      </w:pPr>
      <w:r>
        <w:t>di non avere partecipato alla procedura di affidamento né svolto funzioni incompatibili con la verifica indipendente, salvo quanto espressamente dichiarato nell’Allegato C;</w:t>
      </w:r>
    </w:p>
    <w:p>
      <w:pPr>
        <w:pStyle w:val="ListBullet"/>
        <w:ind w:left="259" w:hanging="173"/>
      </w:pPr>
      <w:r>
        <w:t>di autorizzare il trattamento dei dati per le finalità della procedura.</w:t>
      </w:r>
    </w:p>
    <w:p>
      <w:pPr>
        <w:pStyle w:val="SectionHead"/>
        <w:keepNext/>
      </w:pPr>
      <w:r>
        <w:t>Allegati</w:t>
      </w:r>
    </w:p>
    <w:p>
      <w:pPr>
        <w:pStyle w:val="ListBullet"/>
        <w:ind w:left="259" w:hanging="173"/>
      </w:pPr>
      <w:r>
        <w:t>Allegato B - scheda di autovalutazione dei titoli;</w:t>
      </w:r>
    </w:p>
    <w:p>
      <w:pPr>
        <w:pStyle w:val="ListBullet"/>
        <w:ind w:left="259" w:hanging="173"/>
      </w:pPr>
      <w:r>
        <w:t>Allegato C - dichiarazione incompatibilità/conflitto di interessi;</w:t>
      </w:r>
    </w:p>
    <w:p>
      <w:pPr>
        <w:pStyle w:val="ListBullet"/>
        <w:ind w:left="259" w:hanging="173"/>
      </w:pPr>
      <w:r>
        <w:t>curriculum vitae datato e sottoscritto;</w:t>
      </w:r>
    </w:p>
    <w:p>
      <w:pPr>
        <w:pStyle w:val="ListBullet"/>
        <w:ind w:left="259" w:hanging="173"/>
      </w:pPr>
      <w:r>
        <w:t>eventuale documentazione utile alla verifica dei titoli.</w:t>
      </w:r>
    </w:p>
    <w:p>
      <w:r>
        <w:rPr>
          <w:b w:val="0"/>
        </w:rPr>
        <w:t>Cerveteri, ____/____/2026                                      Firma 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232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4"/>
      </w:rPr>
      <w:t>RMIC8DC00T | Progetto 10.8.6A-FDRPOC-LA-2026-64 | CUP D94D26001090007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720" cy="106560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POC_MIM_U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065604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after="0"/>
      <w:jc w:val="center"/>
    </w:pPr>
    <w:r>
      <w:rPr>
        <w:b/>
        <w:sz w:val="20"/>
      </w:rPr>
      <w:t>ISTITUTO COMPRENSIVO “SALVO D’ACQUISTO”</w:t>
    </w:r>
  </w:p>
  <w:p>
    <w:pPr>
      <w:spacing w:after="0"/>
      <w:jc w:val="center"/>
    </w:pPr>
    <w:r>
      <w:rPr>
        <w:b w:val="0"/>
        <w:sz w:val="15"/>
      </w:rPr>
      <w:t>CERVETERI (RM) - Via Settevene Palo, 33 - 00052 Cerveteri (RM) | C.M. RMIC8DC00T | C.F. 91064910580</w:t>
    </w:r>
  </w:p>
  <w:p>
    <w:pPr>
      <w:spacing w:after="0"/>
      <w:jc w:val="center"/>
    </w:pPr>
    <w:r>
      <w:rPr>
        <w:b w:val="0"/>
        <w:sz w:val="15"/>
      </w:rPr>
      <w:t>RMIC8DC00T@istruzione.it | PEC rmic8dc00t@pec.istruzione.it | www.icsdacquisto.edu.it</w:t>
    </w:r>
  </w:p>
  <w:p>
    <w:pPr>
      <w:spacing w:after="0"/>
      <w:jc w:val="center"/>
      <w:pBdr>
        <w:bottom w:val="single" w:sz="6" w:space="1" w:color="17365D"/>
      </w:pBdr>
    </w:pPr>
    <w:r>
      <w:rPr>
        <w:b/>
        <w:sz w:val="15"/>
      </w:rPr>
      <w:t>POC “Per la Scuola” 2014-2020 - D.M. 38/2026 | Progetto 10.8.6A-FDRPOC-LA-2026-64 | CUP D94D26001090007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47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pPr>
      <w:spacing w:before="100" w:after="60"/>
    </w:pPr>
    <w:rPr>
      <w:rFonts w:ascii="Aptos" w:hAnsi="Aptos"/>
      <w:b/>
      <w:color w:val="17365D"/>
      <w:sz w:val="28"/>
    </w:rPr>
  </w:style>
  <w:style w:type="paragraph" w:customStyle="1" w:styleId="SectionHead">
    <w:name w:val="SectionHead"/>
    <w:pPr>
      <w:spacing w:before="100" w:after="60"/>
    </w:pPr>
    <w:rPr>
      <w:rFonts w:ascii="Aptos" w:hAnsi="Aptos"/>
      <w:b/>
      <w:color w:val="17365D"/>
      <w:sz w:val="22"/>
    </w:rPr>
  </w:style>
  <w:style w:type="paragraph" w:customStyle="1" w:styleId="SmallHead">
    <w:name w:val="SmallHead"/>
    <w:pPr>
      <w:spacing w:before="100" w:after="60"/>
    </w:pPr>
    <w:rPr>
      <w:rFonts w:ascii="Aptos" w:hAnsi="Aptos"/>
      <w:b/>
      <w:color w:val="17365D"/>
      <w:sz w:val="20"/>
    </w:rPr>
  </w:style>
  <w:style w:type="paragraph" w:customStyle="1" w:styleId="Warn">
    <w:name w:val="Warn"/>
    <w:pPr>
      <w:spacing w:before="100" w:after="60"/>
    </w:pPr>
    <w:rPr>
      <w:rFonts w:ascii="Aptos" w:hAnsi="Aptos"/>
      <w:b/>
      <w:color w:val="9C0006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